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Calendrier scolaire 2027-2028</w:t>
      </w:r>
    </w:p>
    <w:p>
      <w:r>
        <w:t>Zones A, B et C</w:t>
      </w:r>
    </w:p>
    <w:p>
      <w:pPr>
        <w:pStyle w:val="Heading2"/>
      </w:pPr>
      <w:r>
        <w:t>Zones Scolaires</w:t>
      </w:r>
    </w:p>
    <w:p>
      <w:r>
        <w:t>Zone A : Besançon, Bordeaux, Clermont-Ferrand, Dijon, Grenoble, Limoges, Lyon, Poitiers</w:t>
      </w:r>
    </w:p>
    <w:p>
      <w:r>
        <w:t>Zone B : Aix-Marseille, Amiens, Lille, Nancy-Metz, Nantes, Nice, Normandie, Orléans-Tours, Reims, Rennes, Strasbourg</w:t>
      </w:r>
    </w:p>
    <w:p>
      <w:r>
        <w:t>Zone C : Créteil, Montpellier, Paris, Toulouse, Versailles</w:t>
      </w:r>
    </w:p>
    <w:p>
      <w:pPr>
        <w:pStyle w:val="Heading2"/>
      </w:pPr>
      <w:r>
        <w:t>Rentrée scolaire 2027</w:t>
      </w:r>
    </w:p>
    <w:p>
      <w:r>
        <w:t>La prérentrée des enseignants a lieu le mercredi 1er septembre 2027.</w:t>
      </w:r>
    </w:p>
    <w:p>
      <w:r>
        <w:t>La rentrée scolaire des élèves a lieu le jeudi 2 septembre 2027.</w:t>
      </w:r>
    </w:p>
    <w:p>
      <w:pPr>
        <w:pStyle w:val="Heading2"/>
      </w:pPr>
      <w:r>
        <w:t>Vacances de la Toussaint 2027</w:t>
      </w:r>
    </w:p>
    <w:p>
      <w:r>
        <w:t>Les vacances de la Toussaint commencent le samedi 23 octobre 2027 après les cours. Les cours reprennent le lundi 8 novembre 2027.</w:t>
      </w:r>
    </w:p>
    <w:p>
      <w:pPr>
        <w:pStyle w:val="Heading2"/>
      </w:pPr>
      <w:r>
        <w:t>Vacances de Noël 2027-2028</w:t>
      </w:r>
    </w:p>
    <w:p>
      <w:r>
        <w:t>Les vacances de Noël commencent le samedi 18 décembre 2027 après les cours. Les cours reprennent le lundi 3 janvier 2028.</w:t>
      </w:r>
    </w:p>
    <w:p>
      <w:pPr>
        <w:pStyle w:val="Heading2"/>
      </w:pPr>
      <w:r>
        <w:t>Vacances d’Hiver 2028</w:t>
      </w:r>
    </w:p>
    <w:p>
      <w:r>
        <w:t>Les vacances d’hiver pour la Zone A commencent le samedi 19 février 2028 après les cours. Les cours reprennent le lundi 6 mars 2028.</w:t>
      </w:r>
    </w:p>
    <w:p>
      <w:r>
        <w:t>Les vacances d’hiver pour la Zone B commencent le samedi 5 février 2028 après les cours. Les cours reprennent le lundi 21 février 2028.</w:t>
      </w:r>
    </w:p>
    <w:p>
      <w:r>
        <w:t>Les vacances d’hiver pour la Zone C commencent le samedi 12 février 2028 après les cours. Les cours reprennent le lundi 28 février 2028.</w:t>
      </w:r>
    </w:p>
    <w:p>
      <w:pPr>
        <w:pStyle w:val="Heading2"/>
      </w:pPr>
      <w:r>
        <w:t>Vacances de Printemps 2028</w:t>
      </w:r>
    </w:p>
    <w:p>
      <w:r>
        <w:t>Les vacances de printemps pour la Zone A commencent le samedi 22 avril 2028 après les cours. Les cours reprennent le mardi 9 mai 2028.</w:t>
      </w:r>
    </w:p>
    <w:p>
      <w:r>
        <w:t>Les vacances de printemps pour la Zone B commencent le samedi 8 avril 2028 après les cours. Les cours reprennent le lundi 24 avril 2028.</w:t>
      </w:r>
    </w:p>
    <w:p>
      <w:r>
        <w:t>Les vacances de printemps pour la Zone C commencent le samedi 15 avril 2028 après les cours. Les cours reprennent le mardi 2 mai 2028.</w:t>
      </w:r>
    </w:p>
    <w:p>
      <w:pPr>
        <w:pStyle w:val="Heading2"/>
      </w:pPr>
      <w:r>
        <w:t>Pont de l’Ascension 2028</w:t>
      </w:r>
    </w:p>
    <w:p>
      <w:r>
        <w:t>Les vacances du pont de l’Ascension commencent le mercredi 24 mai 2028 après les cours. Les cours reprennent le lundi 29 mai 2028.</w:t>
      </w:r>
    </w:p>
    <w:p>
      <w:pPr>
        <w:pStyle w:val="Heading2"/>
      </w:pPr>
      <w:r>
        <w:t>Vacances d’Été 2028</w:t>
      </w:r>
    </w:p>
    <w:p>
      <w:r>
        <w:t>Les vacances d’été commencent le mardi 4 juillet 2028 après les cours.</w:t>
      </w:r>
    </w:p>
    <w:p>
      <w:r>
        <w:t>Le départ en vacances a lieu après la classe, la reprise des cours le matin des jours indiqués. Les vacances débutant le samedi, pour les élèves qui n'ont pas cours ce jour-là, le départ a lieu le vendredi après les cours.</w:t>
      </w:r>
    </w:p>
    <w:p>
      <w:r>
        <w:t>www.vacances-scolaires-gouv.com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Calendrier scolaire 2027-2028</dc:title>
  <dc:subject>Dates des vacances scolaires 2027-2028 (zones A, B et C)</dc:subject>
  <dc:creator>www.vacances-scolaires-gouv.com</dc:creator>
  <cp:keywords/>
  <dc:description>generated by python-docx</dc:description>
  <cp:lastModifiedBy/>
  <cp:revision>1</cp:revision>
  <dcterms:created xsi:type="dcterms:W3CDTF">2026-10-16T16:00:44Z</dcterms:created>
  <dcterms:modified xsi:type="dcterms:W3CDTF">2026-10-16T16:00:44Z</dcterms:modified>
  <cp:category/>
  <dc:language>fr-FR</dc:language>
</cp:coreProperties>
</file>